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ДОГОВІР № ___</w:t>
      </w:r>
    </w:p>
    <w:p>
      <w:r>
        <w:t>про надання послуг з розробки електронно-інформаційного ресурсу (веб-сайту)</w:t>
        <w:br/>
      </w:r>
    </w:p>
    <w:p>
      <w:r>
        <w:t>м. ____________ «___» ____________ 2025 р.</w:t>
        <w:br/>
      </w:r>
    </w:p>
    <w:p>
      <w:pPr>
        <w:pStyle w:val="Heading2"/>
      </w:pPr>
      <w:r>
        <w:t>1. СТОРОНИ ДОГОВОРУ</w:t>
      </w:r>
    </w:p>
    <w:p>
      <w:r>
        <w:t>Виконавець:</w:t>
        <w:br/>
        <w:t>Фізична особа — підприємець Дончук Віталій Сергійович,</w:t>
        <w:br/>
        <w:t>який діє на підставі Виписки з ЄДР № 2010350010001902643 від 20.10.2025,</w:t>
        <w:br/>
        <w:t>РНОКПП 3373605050, надалі — «Виконавець»,</w:t>
        <w:br/>
        <w:t>та</w:t>
        <w:br/>
        <w:br/>
        <w:t>Замовник:</w:t>
        <w:br/>
        <w:t>______________________________________________,</w:t>
        <w:br/>
        <w:t>(ПІБ / найменування юридичної особи, код ЄДРПОУ або РНОКПП, адреса, контактні дані),</w:t>
        <w:br/>
        <w:t>надалі — «Замовник»,</w:t>
        <w:br/>
        <w:br/>
        <w:t>уклали цей Договір про наступне:</w:t>
      </w:r>
    </w:p>
    <w:p>
      <w:pPr>
        <w:pStyle w:val="Heading2"/>
      </w:pPr>
      <w:r>
        <w:t>2. ПРЕДМЕТ ДОГОВОРУ</w:t>
      </w:r>
    </w:p>
    <w:p>
      <w:r>
        <w:t>Виконавець зобов’язується на підставі Технічного завдання (Додаток №1) розробити та передати Замовнику електронно-інформаційний ресурс (веб-сайт), а Замовник — прийняти та оплатити послуги.</w:t>
        <w:br/>
        <w:t>Розробка здійснюється власним кодом Виконавця, без використання шаблонів або готових конструкторів.</w:t>
        <w:br/>
        <w:t>Результатом є повнофункціональний вебсайт, що відповідає Технічному завданню, дизайну, структурі та погодженим строкам.</w:t>
      </w:r>
    </w:p>
    <w:p>
      <w:pPr>
        <w:pStyle w:val="Heading2"/>
      </w:pPr>
      <w:r>
        <w:t>3. ОБОВ’ЯЗКИ СТОРІН</w:t>
      </w:r>
    </w:p>
    <w:p>
      <w:r>
        <w:t>Виконавець зобов’язується:</w:t>
        <w:br/>
        <w:t>- виконати роботи якісно та у строк;</w:t>
        <w:br/>
        <w:t>- інформувати Замовника про хід розробки;</w:t>
        <w:br/>
        <w:t>- передати матеріали, доступи та документацію після завершення.</w:t>
        <w:br/>
        <w:br/>
        <w:t>Замовник зобов’язується:</w:t>
        <w:br/>
        <w:t>- надати необхідні матеріали (контент, тексти, логотипи);</w:t>
        <w:br/>
        <w:t>- погодити технічне завдання та дизайн-макети;</w:t>
        <w:br/>
        <w:t>- оплатити послуги відповідно до умов цього Договору.</w:t>
      </w:r>
    </w:p>
    <w:p>
      <w:pPr>
        <w:pStyle w:val="Heading2"/>
      </w:pPr>
      <w:r>
        <w:t>4. ВАРТІСТЬ ТА ПОРЯДОК ОПЛАТИ</w:t>
      </w:r>
    </w:p>
    <w:p>
      <w:r>
        <w:t>Загальна вартість робіт становить ______ грн.</w:t>
        <w:br/>
        <w:t>Оплата проводиться у два етапи:</w:t>
        <w:br/>
        <w:t>- аванс — ___% перед початком робіт;</w:t>
        <w:br/>
        <w:t>- остаточний розрахунок — після прийняття результату.</w:t>
        <w:br/>
        <w:t>Оплата здійснюється безготівково на рахунок Виконавця.</w:t>
      </w:r>
    </w:p>
    <w:p>
      <w:pPr>
        <w:pStyle w:val="Heading2"/>
      </w:pPr>
      <w:r>
        <w:t>5. СТРОК ВИКОНАННЯ</w:t>
      </w:r>
    </w:p>
    <w:p>
      <w:r>
        <w:t>Розробка сайту здійснюється у строк ___ календарних днів з моменту отримання авансу та затвердження Технічного завдання.</w:t>
      </w:r>
    </w:p>
    <w:p>
      <w:pPr>
        <w:pStyle w:val="Heading2"/>
      </w:pPr>
      <w:r>
        <w:t>6. ПРИЙМАННЯ РОБІТ</w:t>
      </w:r>
    </w:p>
    <w:p>
      <w:r>
        <w:t>Після завершення Виконавець передає Замовнику:</w:t>
        <w:br/>
        <w:t>- архів файлів сайту та базу даних;</w:t>
        <w:br/>
        <w:t>- доступи до адміністративної панелі та хостингу;</w:t>
        <w:br/>
        <w:t>- Акт виконаних робіт, який підтверджує виконання зобов’язань.</w:t>
      </w:r>
    </w:p>
    <w:p>
      <w:pPr>
        <w:pStyle w:val="Heading2"/>
      </w:pPr>
      <w:r>
        <w:t>7. ГАРАНТІЯ ТА ПІДТРИМКА</w:t>
      </w:r>
    </w:p>
    <w:p>
      <w:r>
        <w:t>Гарантійний термін становить 90 календарних днів з моменту підписання акта.</w:t>
        <w:br/>
        <w:t>Гарантія поширюється на технічні помилки коду або логіки, не пов’язані з втручанням Замовника.</w:t>
        <w:br/>
        <w:t>Подальша підтримка надається на умовах окремого договору.</w:t>
      </w:r>
    </w:p>
    <w:p>
      <w:pPr>
        <w:pStyle w:val="Heading2"/>
      </w:pPr>
      <w:r>
        <w:t>8. ПРАВА ІНТЕЛЕКТУАЛЬНОЇ ВЛАСНОСТІ</w:t>
      </w:r>
    </w:p>
    <w:p>
      <w:r>
        <w:t>Після повної оплати Замовник отримує усі майнові права на створений вебсайт.</w:t>
        <w:br/>
        <w:t>Виконавець має право використовувати проект у своєму портфоліо як приклад виконаних робіт.</w:t>
      </w:r>
    </w:p>
    <w:p>
      <w:pPr>
        <w:pStyle w:val="Heading2"/>
      </w:pPr>
      <w:r>
        <w:t>9. ВІДПОВІДАЛЬНІСТЬ</w:t>
      </w:r>
    </w:p>
    <w:p>
      <w:r>
        <w:t>Сторони несуть відповідальність за порушення умов цього Договору відповідно до чинного законодавства України.</w:t>
      </w:r>
    </w:p>
    <w:p>
      <w:pPr>
        <w:pStyle w:val="Heading2"/>
      </w:pPr>
      <w:r>
        <w:t>10. ФОРС-МАЖОР</w:t>
      </w:r>
    </w:p>
    <w:p>
      <w:r>
        <w:t>У разі обставин непереборної сили (війна, кібератаки, стихійні лиха тощо) сторони звільняються від відповідальності на час дії таких обставин.</w:t>
      </w:r>
    </w:p>
    <w:p>
      <w:pPr>
        <w:pStyle w:val="Heading2"/>
      </w:pPr>
      <w:r>
        <w:t>11. СТРОК ДІЇ ДОГОВОРУ</w:t>
      </w:r>
    </w:p>
    <w:p>
      <w:r>
        <w:t>Договір діє з моменту підписання і до повного виконання зобов’язань.</w:t>
      </w:r>
    </w:p>
    <w:p>
      <w:pPr>
        <w:pStyle w:val="Heading2"/>
      </w:pPr>
      <w:r>
        <w:t>12. РЕКВІЗИТИ СТОРІН</w:t>
      </w:r>
    </w:p>
    <w:p>
      <w:r>
        <w:t>ВИКОНАВЕЦЬ:</w:t>
        <w:br/>
        <w:t>ФОП Дончук Віталій Сергійович</w:t>
        <w:br/>
        <w:t>РНОКПП: 3373605050</w:t>
        <w:br/>
        <w:t>Тел.: +38 (096) 154-03-01</w:t>
        <w:br/>
        <w:t>E-mail: vitalikdonchuk@gmail.com</w:t>
        <w:br/>
        <w:t>Сайт: https://itdev.agency</w:t>
        <w:br/>
        <w:br/>
        <w:t>ЗАМОВНИК:</w:t>
        <w:br/>
        <w:t>__________________________________________</w:t>
        <w:br/>
        <w:t>(ПІБ / Назва компанії)</w:t>
        <w:br/>
        <w:t>Код ЄДРПОУ / РНОКПП: ____________________</w:t>
        <w:br/>
        <w:t>Адреса: _________________________________</w:t>
        <w:br/>
        <w:t>Телефон / E-mail: ________________________</w:t>
        <w:br/>
        <w:br/>
        <w:t>Підписи сторін:</w:t>
        <w:br/>
        <w:t>Виконавець __________________ /Дончук В.С./</w:t>
        <w:br/>
        <w:t>Замовник __________________ /_____________/</w:t>
      </w:r>
    </w:p>
    <w:p>
      <w:r>
        <w:br w:type="page"/>
      </w:r>
    </w:p>
    <w:p>
      <w:pPr>
        <w:pStyle w:val="Heading1"/>
      </w:pPr>
      <w:r>
        <w:t>ДОДАТОК №1</w:t>
      </w:r>
    </w:p>
    <w:p>
      <w:r>
        <w:t>до Договору № ___ від «___» ____________ 2025 р.</w:t>
      </w:r>
    </w:p>
    <w:p>
      <w:pPr>
        <w:pStyle w:val="Heading2"/>
      </w:pPr>
      <w:r>
        <w:t>ТЕХНІЧНЕ ЗАВДАННЯ</w:t>
      </w:r>
    </w:p>
    <w:p>
      <w:pPr>
        <w:pStyle w:val="Heading3"/>
      </w:pPr>
      <w:r>
        <w:t>1. Загальна інформація</w:t>
      </w:r>
    </w:p>
    <w:p>
      <w:r>
        <w:br/>
        <w:t>Назва проєкту: ___________________________________________</w:t>
        <w:br/>
        <w:t>Тип ресурсу: веб-сайт / вебпортал / інтернет-магазин / корпоративний сайт</w:t>
        <w:br/>
        <w:t>Мета створення: ___________________________________________</w:t>
        <w:br/>
      </w:r>
    </w:p>
    <w:p>
      <w:pPr>
        <w:pStyle w:val="Heading3"/>
      </w:pPr>
      <w:r>
        <w:t>2. Основний функціонал</w:t>
      </w:r>
    </w:p>
    <w:p>
      <w:r>
        <w:br/>
        <w:t>- Головна сторінка з адаптивним дизайном;</w:t>
        <w:br/>
        <w:t>- Розділи: Про нас, Послуги, Контакти, Кейси, Блог;</w:t>
        <w:br/>
        <w:t>- Система керування контентом (CMS);</w:t>
        <w:br/>
        <w:t>- Форми зворотного зв’язку;</w:t>
        <w:br/>
        <w:t>- SEO-оптимізація, інтеграція з аналітикою;</w:t>
        <w:br/>
        <w:t>- Мультимовна підтримка (за потреби).</w:t>
        <w:br/>
      </w:r>
    </w:p>
    <w:p>
      <w:pPr>
        <w:pStyle w:val="Heading3"/>
      </w:pPr>
      <w:r>
        <w:t>3. Дизайн та технічні вимоги</w:t>
      </w:r>
    </w:p>
    <w:p>
      <w:r>
        <w:br/>
        <w:t>- Унікальний дизайн відповідно до брендбуку;</w:t>
        <w:br/>
        <w:t>- Верстка адаптивна (desktop / tablet / mobile);</w:t>
        <w:br/>
        <w:t>- Швидкість завантаження сторінки — не більше 2 сек.;</w:t>
        <w:br/>
        <w:t>- Технології: HTML5, CSS3, JavaScript, PHP, React, WordPress або інші.</w:t>
        <w:br/>
      </w:r>
    </w:p>
    <w:p>
      <w:pPr>
        <w:pStyle w:val="Heading3"/>
      </w:pPr>
      <w:r>
        <w:t>4. Етапи виконання</w:t>
      </w:r>
    </w:p>
    <w:p>
      <w:r>
        <w:br/>
        <w:t>1. Аналіз і постановка задачі.</w:t>
        <w:br/>
        <w:t>2. Підготовка макетів і погодження дизайну.</w:t>
        <w:br/>
        <w:t>3. Розробка функціоналу.</w:t>
        <w:br/>
        <w:t>4. Тестування.</w:t>
        <w:br/>
        <w:t>5. Передача сайту Замовнику.</w:t>
        <w:br/>
      </w:r>
    </w:p>
    <w:p>
      <w:pPr>
        <w:pStyle w:val="Heading3"/>
      </w:pPr>
      <w:r>
        <w:t>5. Термін виконання</w:t>
      </w:r>
    </w:p>
    <w:p>
      <w:r>
        <w:t>Загальний термін: ___ календарних днів з моменту підписання договору та внесення авансу.</w:t>
      </w:r>
    </w:p>
    <w:p>
      <w:pPr>
        <w:pStyle w:val="Heading3"/>
      </w:pPr>
      <w:r>
        <w:t>6. Додаткові умови</w:t>
      </w:r>
    </w:p>
    <w:p>
      <w:r>
        <w:br/>
        <w:t>- Усі коди створюються власноруч Виконавцем.</w:t>
        <w:br/>
        <w:t>- Контент (тексти, фото) надає Замовник.</w:t>
        <w:br/>
        <w:t>- Технічні правки виконуються в межах гарантії.</w:t>
        <w:br/>
      </w:r>
    </w:p>
    <w:p>
      <w:r>
        <w:br/>
        <w:t>Підписи сторін:</w:t>
        <w:br/>
        <w:t>Виконавець __________________ /Дончук В.С./</w:t>
        <w:br/>
        <w:t>Замовник __________________ /_____________/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