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659" w:rsidRDefault="00476E34">
      <w:pPr>
        <w:pStyle w:val="1"/>
      </w:pPr>
      <w:r>
        <w:t>АКТ № ___</w:t>
      </w:r>
    </w:p>
    <w:p w:rsidR="004D0659" w:rsidRDefault="00476E34">
      <w:r>
        <w:t>виконаних робіт за договором № ___ від «___» ____________ 2025 р.</w:t>
      </w:r>
      <w:r>
        <w:br/>
      </w:r>
    </w:p>
    <w:p w:rsidR="004D0659" w:rsidRDefault="00476E34">
      <w:r>
        <w:t>м. ____________________</w:t>
      </w:r>
      <w:r>
        <w:rPr>
          <w:lang w:val="uk-UA"/>
        </w:rPr>
        <w:t xml:space="preserve"> </w:t>
      </w:r>
      <w:r>
        <w:t>«___» ____________ 2025 р.</w:t>
      </w:r>
      <w:r>
        <w:br/>
      </w:r>
    </w:p>
    <w:p w:rsidR="004D0659" w:rsidRDefault="00476E34">
      <w:pPr>
        <w:pStyle w:val="21"/>
      </w:pPr>
      <w:r>
        <w:t>1. СТОРОНИ</w:t>
      </w:r>
    </w:p>
    <w:p w:rsidR="004D0659" w:rsidRDefault="00476E34">
      <w:r>
        <w:br/>
        <w:t>Виконавець:</w:t>
      </w:r>
      <w:r>
        <w:br/>
        <w:t>Фізична особа — підприємець Дончук Віталій Сергійович,</w:t>
      </w:r>
      <w:r>
        <w:br/>
        <w:t xml:space="preserve">який діє на підставі Виписки з ЄДР № </w:t>
      </w:r>
      <w:r>
        <w:t>2010350010001902643 від 20.10.2025,</w:t>
      </w:r>
      <w:r>
        <w:br/>
        <w:t>РНОКПП 3373605050, надалі за текстом — «Виконавець»,</w:t>
      </w:r>
      <w:r>
        <w:br/>
      </w:r>
      <w:r>
        <w:br/>
        <w:t>та</w:t>
      </w:r>
      <w:r>
        <w:br/>
      </w:r>
      <w:r>
        <w:br/>
        <w:t>Замовник:</w:t>
      </w:r>
      <w:r>
        <w:br/>
        <w:t>______________________________________________,</w:t>
      </w:r>
      <w:r>
        <w:br/>
        <w:t>(ПІБ / найменування юридичної особи, код ЄДРПОУ або РНОКПП, адреса, контактні дані)</w:t>
      </w:r>
      <w:r>
        <w:br/>
        <w:t>надалі — «Замовник»,</w:t>
      </w:r>
      <w:r>
        <w:br/>
      </w:r>
      <w:r>
        <w:br/>
        <w:t>склали цей Акт про те, що Виконавець надав, а Замовник прийняв послуги з розробки електронно-інформаційного ресурсу (веб-сайту) згідно з умовами Договору № ___ від «___» ____________ 2025 р.</w:t>
      </w:r>
      <w:r>
        <w:br/>
      </w:r>
    </w:p>
    <w:p w:rsidR="004D0659" w:rsidRDefault="00476E34">
      <w:pPr>
        <w:pStyle w:val="21"/>
      </w:pPr>
      <w:r>
        <w:t>2. ПЕРЕЛІК ВИКОНАНИХ РОБІТ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4D0659">
        <w:tc>
          <w:tcPr>
            <w:tcW w:w="1728" w:type="dxa"/>
          </w:tcPr>
          <w:p w:rsidR="004D0659" w:rsidRDefault="00476E34">
            <w:r>
              <w:t>№</w:t>
            </w:r>
          </w:p>
        </w:tc>
        <w:tc>
          <w:tcPr>
            <w:tcW w:w="1728" w:type="dxa"/>
          </w:tcPr>
          <w:p w:rsidR="004D0659" w:rsidRDefault="00476E34">
            <w:r>
              <w:t>Найменування робіт / послуг</w:t>
            </w:r>
          </w:p>
        </w:tc>
        <w:tc>
          <w:tcPr>
            <w:tcW w:w="1728" w:type="dxa"/>
          </w:tcPr>
          <w:p w:rsidR="004D0659" w:rsidRDefault="00476E34">
            <w:r>
              <w:t>Кільк</w:t>
            </w:r>
            <w:r>
              <w:t>ість</w:t>
            </w:r>
          </w:p>
        </w:tc>
        <w:tc>
          <w:tcPr>
            <w:tcW w:w="1728" w:type="dxa"/>
          </w:tcPr>
          <w:p w:rsidR="004D0659" w:rsidRDefault="00476E34">
            <w:r>
              <w:t>Вартість, грн</w:t>
            </w:r>
          </w:p>
        </w:tc>
        <w:tc>
          <w:tcPr>
            <w:tcW w:w="1728" w:type="dxa"/>
          </w:tcPr>
          <w:p w:rsidR="004D0659" w:rsidRDefault="00476E34">
            <w:r>
              <w:t>Сума, грн</w:t>
            </w:r>
          </w:p>
        </w:tc>
      </w:tr>
      <w:tr w:rsidR="004D0659">
        <w:tc>
          <w:tcPr>
            <w:tcW w:w="1728" w:type="dxa"/>
          </w:tcPr>
          <w:p w:rsidR="004D0659" w:rsidRDefault="00476E34">
            <w:r>
              <w:t>1</w:t>
            </w:r>
          </w:p>
        </w:tc>
        <w:tc>
          <w:tcPr>
            <w:tcW w:w="1728" w:type="dxa"/>
          </w:tcPr>
          <w:p w:rsidR="004D0659" w:rsidRDefault="00476E34">
            <w:r>
              <w:t>Розробка веб-сайту відповідно до технічного завдання</w:t>
            </w:r>
          </w:p>
        </w:tc>
        <w:tc>
          <w:tcPr>
            <w:tcW w:w="1728" w:type="dxa"/>
          </w:tcPr>
          <w:p w:rsidR="004D0659" w:rsidRDefault="00476E34">
            <w:r>
              <w:t>1</w:t>
            </w:r>
            <w:bookmarkStart w:id="0" w:name="_GoBack"/>
            <w:bookmarkEnd w:id="0"/>
          </w:p>
        </w:tc>
        <w:tc>
          <w:tcPr>
            <w:tcW w:w="1728" w:type="dxa"/>
          </w:tcPr>
          <w:p w:rsidR="004D0659" w:rsidRDefault="00476E34">
            <w:r>
              <w:t>________</w:t>
            </w:r>
          </w:p>
        </w:tc>
        <w:tc>
          <w:tcPr>
            <w:tcW w:w="1728" w:type="dxa"/>
          </w:tcPr>
          <w:p w:rsidR="004D0659" w:rsidRDefault="00476E34">
            <w:r>
              <w:t>________</w:t>
            </w:r>
          </w:p>
        </w:tc>
      </w:tr>
      <w:tr w:rsidR="004D0659">
        <w:tc>
          <w:tcPr>
            <w:tcW w:w="1728" w:type="dxa"/>
          </w:tcPr>
          <w:p w:rsidR="004D0659" w:rsidRDefault="00476E34">
            <w:r>
              <w:t>2</w:t>
            </w:r>
          </w:p>
        </w:tc>
        <w:tc>
          <w:tcPr>
            <w:tcW w:w="1728" w:type="dxa"/>
          </w:tcPr>
          <w:p w:rsidR="004D0659" w:rsidRDefault="00476E34">
            <w:r>
              <w:t>Налаштування домену, хостингу, інтеграцій</w:t>
            </w:r>
          </w:p>
        </w:tc>
        <w:tc>
          <w:tcPr>
            <w:tcW w:w="1728" w:type="dxa"/>
          </w:tcPr>
          <w:p w:rsidR="004D0659" w:rsidRDefault="00476E34">
            <w:r>
              <w:t>1</w:t>
            </w:r>
          </w:p>
        </w:tc>
        <w:tc>
          <w:tcPr>
            <w:tcW w:w="1728" w:type="dxa"/>
          </w:tcPr>
          <w:p w:rsidR="004D0659" w:rsidRDefault="00476E34">
            <w:r>
              <w:t>________</w:t>
            </w:r>
          </w:p>
        </w:tc>
        <w:tc>
          <w:tcPr>
            <w:tcW w:w="1728" w:type="dxa"/>
          </w:tcPr>
          <w:p w:rsidR="004D0659" w:rsidRDefault="00476E34">
            <w:r>
              <w:t>________</w:t>
            </w:r>
          </w:p>
        </w:tc>
      </w:tr>
      <w:tr w:rsidR="004D0659">
        <w:tc>
          <w:tcPr>
            <w:tcW w:w="1728" w:type="dxa"/>
          </w:tcPr>
          <w:p w:rsidR="004D0659" w:rsidRDefault="00476E34">
            <w:r>
              <w:lastRenderedPageBreak/>
              <w:t>3</w:t>
            </w:r>
          </w:p>
        </w:tc>
        <w:tc>
          <w:tcPr>
            <w:tcW w:w="1728" w:type="dxa"/>
          </w:tcPr>
          <w:p w:rsidR="004D0659" w:rsidRDefault="00476E34">
            <w:r>
              <w:t>Тестування та впровадження</w:t>
            </w:r>
          </w:p>
        </w:tc>
        <w:tc>
          <w:tcPr>
            <w:tcW w:w="1728" w:type="dxa"/>
          </w:tcPr>
          <w:p w:rsidR="004D0659" w:rsidRDefault="00476E34">
            <w:r>
              <w:t>1</w:t>
            </w:r>
          </w:p>
        </w:tc>
        <w:tc>
          <w:tcPr>
            <w:tcW w:w="1728" w:type="dxa"/>
          </w:tcPr>
          <w:p w:rsidR="004D0659" w:rsidRDefault="00476E34">
            <w:r>
              <w:t>________</w:t>
            </w:r>
          </w:p>
        </w:tc>
        <w:tc>
          <w:tcPr>
            <w:tcW w:w="1728" w:type="dxa"/>
          </w:tcPr>
          <w:p w:rsidR="004D0659" w:rsidRDefault="00476E34">
            <w:r>
              <w:t>________</w:t>
            </w:r>
          </w:p>
        </w:tc>
      </w:tr>
    </w:tbl>
    <w:p w:rsidR="004D0659" w:rsidRDefault="00476E34">
      <w:r>
        <w:br/>
        <w:t>Всього: __________________________</w:t>
      </w:r>
      <w:r>
        <w:t xml:space="preserve"> грн</w:t>
      </w:r>
    </w:p>
    <w:p w:rsidR="004D0659" w:rsidRDefault="00476E34">
      <w:r>
        <w:t>(Сума прописом: ________________________________________________ грн 00 коп.)</w:t>
      </w:r>
      <w:r>
        <w:br/>
      </w:r>
    </w:p>
    <w:p w:rsidR="004D0659" w:rsidRDefault="00476E34">
      <w:pPr>
        <w:pStyle w:val="21"/>
      </w:pPr>
      <w:r>
        <w:t>3. ПІДТВЕРДЖЕННЯ ВИКОНАННЯ РОБІТ</w:t>
      </w:r>
    </w:p>
    <w:p w:rsidR="004D0659" w:rsidRDefault="00476E34">
      <w:r>
        <w:br/>
        <w:t>3.1. Роботи виконані в повному обсязі, відповідно до умов Договору та погодженого технічного завдання.</w:t>
      </w:r>
      <w:r>
        <w:br/>
        <w:t>3.2. Замовник претензій щодо якості</w:t>
      </w:r>
      <w:r>
        <w:t>, обсягу або строків виконання не має.</w:t>
      </w:r>
      <w:r>
        <w:br/>
        <w:t>3.3. З моменту підписання цього Акта зобов’язання Виконавця вважаються виконаними належним чином.</w:t>
      </w:r>
      <w:r>
        <w:br/>
      </w:r>
    </w:p>
    <w:p w:rsidR="004D0659" w:rsidRDefault="00476E34">
      <w:pPr>
        <w:pStyle w:val="21"/>
      </w:pPr>
      <w:r>
        <w:t>4. РЕКВІЗИТИ СТОРІН</w:t>
      </w:r>
    </w:p>
    <w:p w:rsidR="004D0659" w:rsidRDefault="00476E34">
      <w:r>
        <w:br/>
        <w:t>ВИКОНАВЕЦЬ:</w:t>
      </w:r>
      <w:r>
        <w:br/>
        <w:t>ФОП Дончук Віталій Сергійович</w:t>
      </w:r>
      <w:r>
        <w:br/>
        <w:t>РНОКПП 3373605050</w:t>
      </w:r>
      <w:r>
        <w:br/>
        <w:t>Тел.: +38 (096) 154-03-01</w:t>
      </w:r>
      <w:r>
        <w:br/>
        <w:t>E-mail: vit</w:t>
      </w:r>
      <w:r>
        <w:t>alikdonchuk@gmail.com</w:t>
      </w:r>
      <w:r>
        <w:br/>
        <w:t>Сайт: https://itdev.agency</w:t>
      </w:r>
      <w:r>
        <w:br/>
      </w:r>
      <w:r>
        <w:br/>
        <w:t>ЗАМОВНИК:</w:t>
      </w:r>
      <w:r>
        <w:br/>
        <w:t>__________________________________________</w:t>
      </w:r>
      <w:r>
        <w:br/>
        <w:t>(ПІБ / Назва компанії)</w:t>
      </w:r>
      <w:r>
        <w:br/>
        <w:t>Код ЄДРПОУ / РНОКПП: ____________________</w:t>
      </w:r>
      <w:r>
        <w:br/>
        <w:t>Адреса: _________________________________</w:t>
      </w:r>
      <w:r>
        <w:br/>
        <w:t>Телефон / E-mail: ________________________</w:t>
      </w:r>
      <w:r>
        <w:br/>
      </w:r>
    </w:p>
    <w:p w:rsidR="004D0659" w:rsidRDefault="00476E34">
      <w:pPr>
        <w:pStyle w:val="21"/>
      </w:pPr>
      <w:r>
        <w:t>5.</w:t>
      </w:r>
      <w:r>
        <w:t xml:space="preserve"> ПІДПИСИ СТОРІН</w:t>
      </w:r>
    </w:p>
    <w:p w:rsidR="004D0659" w:rsidRDefault="00476E34">
      <w:r>
        <w:br/>
        <w:t>Виконавець __________________ /Дончук В.С./</w:t>
      </w:r>
      <w:r>
        <w:br/>
        <w:t>Замовник __________________ /_____________/</w:t>
      </w:r>
      <w:r>
        <w:br/>
      </w:r>
    </w:p>
    <w:sectPr w:rsidR="004D065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6E34"/>
    <w:rsid w:val="004D065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DF75EA"/>
  <w14:defaultImageDpi w14:val="300"/>
  <w15:docId w15:val="{F0404B6A-B90A-44DD-B1B6-9A1E0DBB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DB0D5E1-481B-45A1-BF0B-6FA36B258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1201</Words>
  <Characters>686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Vitaliy</cp:lastModifiedBy>
  <cp:revision>3</cp:revision>
  <dcterms:created xsi:type="dcterms:W3CDTF">2013-12-23T23:15:00Z</dcterms:created>
  <dcterms:modified xsi:type="dcterms:W3CDTF">2025-11-07T21:14:00Z</dcterms:modified>
  <cp:category/>
</cp:coreProperties>
</file>